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8E6" w:rsidRPr="00466E39" w:rsidRDefault="00466E39">
      <w:pPr>
        <w:pStyle w:val="berschrift1"/>
        <w:rPr>
          <w:sz w:val="20"/>
          <w:szCs w:val="20"/>
        </w:rPr>
      </w:pPr>
      <w:r w:rsidRPr="00466E39">
        <w:rPr>
          <w:rFonts w:ascii="Times New Roman" w:eastAsia="Times New Roman" w:hAnsi="Times New Roman" w:cs="Times New Roman"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221E5DFF" wp14:editId="0208BC1C">
            <wp:simplePos x="0" y="0"/>
            <wp:positionH relativeFrom="column">
              <wp:posOffset>4316974</wp:posOffset>
            </wp:positionH>
            <wp:positionV relativeFrom="paragraph">
              <wp:posOffset>350080</wp:posOffset>
            </wp:positionV>
            <wp:extent cx="1532890" cy="1530350"/>
            <wp:effectExtent l="0" t="0" r="3810" b="6350"/>
            <wp:wrapThrough wrapText="bothSides">
              <wp:wrapPolygon edited="0">
                <wp:start x="8053" y="0"/>
                <wp:lineTo x="6442" y="359"/>
                <wp:lineTo x="2863" y="2330"/>
                <wp:lineTo x="1432" y="4840"/>
                <wp:lineTo x="716" y="5736"/>
                <wp:lineTo x="0" y="7887"/>
                <wp:lineTo x="0" y="13265"/>
                <wp:lineTo x="179" y="14340"/>
                <wp:lineTo x="1611" y="17208"/>
                <wp:lineTo x="4474" y="20076"/>
                <wp:lineTo x="7695" y="21510"/>
                <wp:lineTo x="8053" y="21510"/>
                <wp:lineTo x="13422" y="21510"/>
                <wp:lineTo x="13780" y="21510"/>
                <wp:lineTo x="17001" y="20076"/>
                <wp:lineTo x="20043" y="17208"/>
                <wp:lineTo x="21296" y="14340"/>
                <wp:lineTo x="21475" y="13265"/>
                <wp:lineTo x="21475" y="7887"/>
                <wp:lineTo x="20759" y="5736"/>
                <wp:lineTo x="18790" y="2510"/>
                <wp:lineTo x="14853" y="359"/>
                <wp:lineTo x="13422" y="0"/>
                <wp:lineTo x="8053" y="0"/>
              </wp:wrapPolygon>
            </wp:wrapThrough>
            <wp:docPr id="21255294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29433" name="Grafik 21255294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466E39">
        <w:rPr>
          <w:sz w:val="20"/>
          <w:szCs w:val="20"/>
        </w:rPr>
        <w:t>Beitrittserklärung – Förderverein</w:t>
      </w:r>
      <w:r w:rsidR="00376881" w:rsidRPr="00466E39">
        <w:rPr>
          <w:sz w:val="20"/>
          <w:szCs w:val="20"/>
        </w:rPr>
        <w:t xml:space="preserve"> Markhof-Ranch e.V.</w:t>
      </w:r>
    </w:p>
    <w:p w:rsidR="005C38E6" w:rsidRPr="00466E39" w:rsidRDefault="00000000">
      <w:pPr>
        <w:rPr>
          <w:b/>
          <w:bCs/>
          <w:sz w:val="20"/>
          <w:szCs w:val="20"/>
        </w:rPr>
      </w:pPr>
      <w:r w:rsidRPr="00466E39">
        <w:rPr>
          <w:sz w:val="20"/>
          <w:szCs w:val="20"/>
        </w:rPr>
        <w:br/>
      </w:r>
      <w:r w:rsidRPr="00466E39">
        <w:rPr>
          <w:b/>
          <w:bCs/>
          <w:sz w:val="20"/>
          <w:szCs w:val="20"/>
        </w:rPr>
        <w:t>1. Persönliche Angaben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 xml:space="preserve">Name, </w:t>
      </w:r>
      <w:proofErr w:type="spellStart"/>
      <w:r w:rsidRPr="00466E39">
        <w:rPr>
          <w:sz w:val="20"/>
          <w:szCs w:val="20"/>
        </w:rPr>
        <w:t>Vorname</w:t>
      </w:r>
      <w:proofErr w:type="spellEnd"/>
      <w:r w:rsidRPr="00466E39">
        <w:rPr>
          <w:sz w:val="20"/>
          <w:szCs w:val="20"/>
        </w:rPr>
        <w:t xml:space="preserve">: </w:t>
      </w:r>
      <w:r w:rsidR="00466E39">
        <w:rPr>
          <w:sz w:val="20"/>
          <w:szCs w:val="20"/>
        </w:rPr>
        <w:t xml:space="preserve">                 </w:t>
      </w:r>
      <w:r w:rsidRPr="00466E39">
        <w:rPr>
          <w:sz w:val="20"/>
          <w:szCs w:val="20"/>
        </w:rPr>
        <w:t>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Straße</w:t>
      </w:r>
      <w:proofErr w:type="spellEnd"/>
      <w:r w:rsidRPr="00466E39">
        <w:rPr>
          <w:sz w:val="20"/>
          <w:szCs w:val="20"/>
        </w:rPr>
        <w:t xml:space="preserve">, </w:t>
      </w:r>
      <w:proofErr w:type="spellStart"/>
      <w:r w:rsidRPr="00466E39">
        <w:rPr>
          <w:sz w:val="20"/>
          <w:szCs w:val="20"/>
        </w:rPr>
        <w:t>Hausnummer</w:t>
      </w:r>
      <w:proofErr w:type="spellEnd"/>
      <w:r w:rsidRPr="00466E39">
        <w:rPr>
          <w:sz w:val="20"/>
          <w:szCs w:val="20"/>
        </w:rPr>
        <w:t>:</w:t>
      </w:r>
      <w:r w:rsidR="00466E39">
        <w:rPr>
          <w:sz w:val="20"/>
          <w:szCs w:val="20"/>
        </w:rPr>
        <w:t xml:space="preserve">       </w:t>
      </w:r>
      <w:r w:rsidRPr="00466E39">
        <w:rPr>
          <w:sz w:val="20"/>
          <w:szCs w:val="20"/>
        </w:rPr>
        <w:t xml:space="preserve"> ___________________________________________</w:t>
      </w:r>
      <w:r w:rsidR="00466E39">
        <w:rPr>
          <w:sz w:val="20"/>
          <w:szCs w:val="20"/>
        </w:rPr>
        <w:t>____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PLZ, Ort:</w:t>
      </w:r>
      <w:r w:rsidR="00466E39">
        <w:rPr>
          <w:sz w:val="20"/>
          <w:szCs w:val="20"/>
        </w:rPr>
        <w:t xml:space="preserve">                          </w:t>
      </w:r>
      <w:r w:rsidRPr="00466E39">
        <w:rPr>
          <w:sz w:val="20"/>
          <w:szCs w:val="20"/>
        </w:rPr>
        <w:t xml:space="preserve"> </w:t>
      </w:r>
      <w:r w:rsidR="00466E39">
        <w:rPr>
          <w:sz w:val="20"/>
          <w:szCs w:val="20"/>
        </w:rPr>
        <w:t xml:space="preserve">      </w:t>
      </w:r>
      <w:r w:rsidRPr="00466E39">
        <w:rPr>
          <w:sz w:val="20"/>
          <w:szCs w:val="20"/>
        </w:rPr>
        <w:t>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Geburtsdatum</w:t>
      </w:r>
      <w:proofErr w:type="spellEnd"/>
      <w:r w:rsidRPr="00466E39">
        <w:rPr>
          <w:sz w:val="20"/>
          <w:szCs w:val="20"/>
        </w:rPr>
        <w:t>:</w:t>
      </w:r>
      <w:r w:rsidR="00466E39">
        <w:rPr>
          <w:sz w:val="20"/>
          <w:szCs w:val="20"/>
        </w:rPr>
        <w:t xml:space="preserve">                    </w:t>
      </w:r>
      <w:r w:rsidRPr="00466E39">
        <w:rPr>
          <w:sz w:val="20"/>
          <w:szCs w:val="20"/>
        </w:rPr>
        <w:t xml:space="preserve"> 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Telefon</w:t>
      </w:r>
      <w:proofErr w:type="spellEnd"/>
      <w:r w:rsidRPr="00466E39">
        <w:rPr>
          <w:sz w:val="20"/>
          <w:szCs w:val="20"/>
        </w:rPr>
        <w:t xml:space="preserve"> (optional):</w:t>
      </w:r>
      <w:r w:rsidR="00466E39">
        <w:rPr>
          <w:sz w:val="20"/>
          <w:szCs w:val="20"/>
        </w:rPr>
        <w:t xml:space="preserve">             </w:t>
      </w:r>
      <w:r w:rsidRPr="00466E39">
        <w:rPr>
          <w:sz w:val="20"/>
          <w:szCs w:val="20"/>
        </w:rPr>
        <w:t xml:space="preserve"> ___________________________________________</w:t>
      </w:r>
      <w:r w:rsidR="00466E39">
        <w:rPr>
          <w:sz w:val="20"/>
          <w:szCs w:val="20"/>
        </w:rPr>
        <w:t>____</w:t>
      </w:r>
    </w:p>
    <w:p w:rsid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E‑Mail:</w:t>
      </w:r>
      <w:r w:rsidR="00466E39">
        <w:rPr>
          <w:sz w:val="20"/>
          <w:szCs w:val="20"/>
        </w:rPr>
        <w:t xml:space="preserve">                                    </w:t>
      </w:r>
      <w:r w:rsidRPr="00466E39">
        <w:rPr>
          <w:sz w:val="20"/>
          <w:szCs w:val="20"/>
        </w:rPr>
        <w:t xml:space="preserve"> _______________________________________________</w:t>
      </w:r>
    </w:p>
    <w:p w:rsidR="005C38E6" w:rsidRPr="00466E39" w:rsidRDefault="00000000">
      <w:pPr>
        <w:rPr>
          <w:b/>
          <w:bCs/>
          <w:sz w:val="20"/>
          <w:szCs w:val="20"/>
        </w:rPr>
      </w:pPr>
      <w:r w:rsidRPr="00466E39">
        <w:rPr>
          <w:sz w:val="20"/>
          <w:szCs w:val="20"/>
        </w:rPr>
        <w:br/>
      </w:r>
      <w:r w:rsidRPr="00466E39">
        <w:rPr>
          <w:b/>
          <w:bCs/>
          <w:sz w:val="20"/>
          <w:szCs w:val="20"/>
        </w:rPr>
        <w:t>2. Mitgliedsbeitrag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 xml:space="preserve">□ Mindestbeitrag: </w:t>
      </w:r>
      <w:r w:rsidR="00466E39" w:rsidRPr="00466E39">
        <w:rPr>
          <w:sz w:val="20"/>
          <w:szCs w:val="20"/>
        </w:rPr>
        <w:t xml:space="preserve">30 </w:t>
      </w:r>
      <w:r w:rsidRPr="00466E39">
        <w:rPr>
          <w:sz w:val="20"/>
          <w:szCs w:val="20"/>
        </w:rPr>
        <w:t>€ pro Jahr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□ Freiwilliger Förderbeitrag: __________ € pro Jahr</w:t>
      </w:r>
    </w:p>
    <w:p w:rsidR="005C38E6" w:rsidRPr="00466E39" w:rsidRDefault="00000000">
      <w:pPr>
        <w:rPr>
          <w:b/>
          <w:bCs/>
          <w:sz w:val="20"/>
          <w:szCs w:val="20"/>
        </w:rPr>
      </w:pPr>
      <w:r w:rsidRPr="00466E39">
        <w:rPr>
          <w:sz w:val="20"/>
          <w:szCs w:val="20"/>
        </w:rPr>
        <w:br/>
      </w:r>
      <w:r w:rsidRPr="00466E39">
        <w:rPr>
          <w:b/>
          <w:bCs/>
          <w:sz w:val="20"/>
          <w:szCs w:val="20"/>
        </w:rPr>
        <w:t>3. SEPA-Lastschriftmandat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Kontoinhaber</w:t>
      </w:r>
      <w:proofErr w:type="spellEnd"/>
      <w:r w:rsidRPr="00466E39">
        <w:rPr>
          <w:sz w:val="20"/>
          <w:szCs w:val="20"/>
        </w:rPr>
        <w:t>:</w:t>
      </w:r>
      <w:r w:rsidR="00466E39">
        <w:rPr>
          <w:sz w:val="20"/>
          <w:szCs w:val="20"/>
        </w:rPr>
        <w:tab/>
      </w:r>
      <w:r w:rsidR="00466E39">
        <w:rPr>
          <w:sz w:val="20"/>
          <w:szCs w:val="20"/>
        </w:rPr>
        <w:tab/>
      </w:r>
      <w:r w:rsidRPr="00466E39">
        <w:rPr>
          <w:sz w:val="20"/>
          <w:szCs w:val="20"/>
        </w:rPr>
        <w:t xml:space="preserve"> _________________________________________________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 xml:space="preserve">IBAN: </w:t>
      </w:r>
      <w:r w:rsidR="00466E39">
        <w:rPr>
          <w:sz w:val="20"/>
          <w:szCs w:val="20"/>
        </w:rPr>
        <w:tab/>
      </w:r>
      <w:r w:rsidR="00466E39">
        <w:rPr>
          <w:sz w:val="20"/>
          <w:szCs w:val="20"/>
        </w:rPr>
        <w:tab/>
      </w:r>
      <w:r w:rsidR="00466E39">
        <w:rPr>
          <w:sz w:val="20"/>
          <w:szCs w:val="20"/>
        </w:rPr>
        <w:tab/>
      </w:r>
      <w:r w:rsidRPr="00466E39">
        <w:rPr>
          <w:sz w:val="20"/>
          <w:szCs w:val="20"/>
        </w:rPr>
        <w:t>__________________________________________________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BIC:</w:t>
      </w:r>
      <w:r w:rsidR="00466E39">
        <w:rPr>
          <w:sz w:val="20"/>
          <w:szCs w:val="20"/>
        </w:rPr>
        <w:tab/>
        <w:t xml:space="preserve">                                </w:t>
      </w:r>
      <w:r w:rsidRPr="00466E39">
        <w:rPr>
          <w:sz w:val="20"/>
          <w:szCs w:val="20"/>
        </w:rPr>
        <w:t xml:space="preserve"> __________________________________________________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Kreditinstitut</w:t>
      </w:r>
      <w:proofErr w:type="spellEnd"/>
      <w:r w:rsidRPr="00466E39">
        <w:rPr>
          <w:sz w:val="20"/>
          <w:szCs w:val="20"/>
        </w:rPr>
        <w:t xml:space="preserve">: </w:t>
      </w:r>
      <w:r w:rsidR="00466E39">
        <w:rPr>
          <w:sz w:val="20"/>
          <w:szCs w:val="20"/>
        </w:rPr>
        <w:t xml:space="preserve">                    </w:t>
      </w:r>
      <w:r w:rsidRPr="00466E39">
        <w:rPr>
          <w:sz w:val="20"/>
          <w:szCs w:val="20"/>
        </w:rPr>
        <w:t>_______________________________________________</w:t>
      </w:r>
      <w:r w:rsidR="00466E39">
        <w:rPr>
          <w:sz w:val="20"/>
          <w:szCs w:val="20"/>
        </w:rPr>
        <w:t>___</w:t>
      </w:r>
    </w:p>
    <w:p w:rsidR="00376881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br/>
        <w:t>Ich ermächtige den Förderverein, den Mitgliedsbeitrag von meinem Konto mittels Lastschrift einzuziehen. Zugleich weise ich mein Kreditinstitut an, die vom Förderverein auf mein Konto gezogenen Lastschriften einzulösen.</w:t>
      </w:r>
    </w:p>
    <w:p w:rsidR="005C38E6" w:rsidRPr="00466E39" w:rsidRDefault="00000000">
      <w:pPr>
        <w:rPr>
          <w:b/>
          <w:bCs/>
          <w:sz w:val="20"/>
          <w:szCs w:val="20"/>
        </w:rPr>
      </w:pPr>
      <w:r w:rsidRPr="00466E39">
        <w:rPr>
          <w:sz w:val="20"/>
          <w:szCs w:val="20"/>
        </w:rPr>
        <w:br/>
      </w:r>
      <w:r w:rsidRPr="00466E39">
        <w:rPr>
          <w:b/>
          <w:bCs/>
          <w:sz w:val="20"/>
          <w:szCs w:val="20"/>
        </w:rPr>
        <w:t>4. Erklärungen</w:t>
      </w:r>
    </w:p>
    <w:p w:rsid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□ Ich bin mit der Verarbeitung meiner personenbezogenen Daten zum Zweck der Mitgliederverwaltung einverstanden.</w:t>
      </w:r>
    </w:p>
    <w:p w:rsidR="005C38E6" w:rsidRPr="00466E39" w:rsidRDefault="00000000">
      <w:pPr>
        <w:rPr>
          <w:b/>
          <w:bCs/>
          <w:sz w:val="20"/>
          <w:szCs w:val="20"/>
        </w:rPr>
      </w:pPr>
      <w:r w:rsidRPr="00466E39">
        <w:rPr>
          <w:sz w:val="20"/>
          <w:szCs w:val="20"/>
        </w:rPr>
        <w:br/>
      </w:r>
      <w:r w:rsidRPr="00466E39">
        <w:rPr>
          <w:b/>
          <w:bCs/>
          <w:sz w:val="20"/>
          <w:szCs w:val="20"/>
        </w:rPr>
        <w:t>5. Datenschutz (DSGVO)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>Die im Aufnahmeantrag erhobenen personenbezogenen Daten werden ausschließlich zur Durchführung der Mitgliedschaft verarbeitet (Mitgliederverwaltung, Beitragseinzug, Kommunikation). Eine Weitergabe an Dritte erfolgt nur, wenn dies gesetzlich erforderlich ist.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br/>
        <w:t xml:space="preserve">Ort, Datum: </w:t>
      </w:r>
      <w:r w:rsidR="00466E39">
        <w:rPr>
          <w:sz w:val="20"/>
          <w:szCs w:val="20"/>
        </w:rPr>
        <w:tab/>
      </w:r>
      <w:r w:rsidR="00466E39">
        <w:rPr>
          <w:sz w:val="20"/>
          <w:szCs w:val="20"/>
        </w:rPr>
        <w:tab/>
      </w:r>
      <w:r w:rsidRPr="00466E39">
        <w:rPr>
          <w:sz w:val="20"/>
          <w:szCs w:val="20"/>
        </w:rPr>
        <w:t>_________________________________________________</w:t>
      </w:r>
    </w:p>
    <w:p w:rsidR="005C38E6" w:rsidRPr="00466E39" w:rsidRDefault="00000000">
      <w:pPr>
        <w:rPr>
          <w:sz w:val="20"/>
          <w:szCs w:val="20"/>
        </w:rPr>
      </w:pPr>
      <w:proofErr w:type="spellStart"/>
      <w:r w:rsidRPr="00466E39">
        <w:rPr>
          <w:sz w:val="20"/>
          <w:szCs w:val="20"/>
        </w:rPr>
        <w:t>Unterschrift</w:t>
      </w:r>
      <w:proofErr w:type="spellEnd"/>
      <w:r w:rsidRPr="00466E39">
        <w:rPr>
          <w:sz w:val="20"/>
          <w:szCs w:val="20"/>
        </w:rPr>
        <w:t xml:space="preserve"> </w:t>
      </w:r>
      <w:proofErr w:type="spellStart"/>
      <w:r w:rsidRPr="00466E39">
        <w:rPr>
          <w:sz w:val="20"/>
          <w:szCs w:val="20"/>
        </w:rPr>
        <w:t>Mitglied</w:t>
      </w:r>
      <w:proofErr w:type="spellEnd"/>
      <w:r w:rsidRPr="00466E39">
        <w:rPr>
          <w:sz w:val="20"/>
          <w:szCs w:val="20"/>
        </w:rPr>
        <w:t>:</w:t>
      </w:r>
      <w:r w:rsidR="00466E39">
        <w:rPr>
          <w:sz w:val="20"/>
          <w:szCs w:val="20"/>
        </w:rPr>
        <w:t xml:space="preserve">       </w:t>
      </w:r>
      <w:r w:rsidRPr="00466E39">
        <w:rPr>
          <w:sz w:val="20"/>
          <w:szCs w:val="20"/>
        </w:rPr>
        <w:t xml:space="preserve"> _____________________________________</w:t>
      </w:r>
      <w:r w:rsidR="00466E39">
        <w:rPr>
          <w:sz w:val="20"/>
          <w:szCs w:val="20"/>
        </w:rPr>
        <w:t>___________</w:t>
      </w:r>
    </w:p>
    <w:p w:rsidR="005C38E6" w:rsidRPr="00466E39" w:rsidRDefault="00000000">
      <w:pPr>
        <w:rPr>
          <w:sz w:val="20"/>
          <w:szCs w:val="20"/>
        </w:rPr>
      </w:pPr>
      <w:r w:rsidRPr="00466E39">
        <w:rPr>
          <w:sz w:val="20"/>
          <w:szCs w:val="20"/>
        </w:rPr>
        <w:t xml:space="preserve">Bei Minderjährigen – </w:t>
      </w:r>
      <w:proofErr w:type="spellStart"/>
      <w:r w:rsidRPr="00466E39">
        <w:rPr>
          <w:sz w:val="20"/>
          <w:szCs w:val="20"/>
        </w:rPr>
        <w:t>Unterschrift</w:t>
      </w:r>
      <w:proofErr w:type="spellEnd"/>
      <w:r w:rsidRPr="00466E39">
        <w:rPr>
          <w:sz w:val="20"/>
          <w:szCs w:val="20"/>
        </w:rPr>
        <w:t xml:space="preserve"> </w:t>
      </w:r>
      <w:proofErr w:type="spellStart"/>
      <w:r w:rsidRPr="00466E39">
        <w:rPr>
          <w:sz w:val="20"/>
          <w:szCs w:val="20"/>
        </w:rPr>
        <w:t>Erziehungsberechtigte</w:t>
      </w:r>
      <w:proofErr w:type="spellEnd"/>
      <w:r w:rsidRPr="00466E39">
        <w:rPr>
          <w:sz w:val="20"/>
          <w:szCs w:val="20"/>
        </w:rPr>
        <w:t xml:space="preserve">(r): </w:t>
      </w:r>
      <w:r w:rsidR="00466E39">
        <w:rPr>
          <w:sz w:val="20"/>
          <w:szCs w:val="20"/>
        </w:rPr>
        <w:t xml:space="preserve">    </w:t>
      </w:r>
      <w:r w:rsidRPr="00466E39">
        <w:rPr>
          <w:sz w:val="20"/>
          <w:szCs w:val="20"/>
        </w:rPr>
        <w:t>_________________________</w:t>
      </w:r>
      <w:r w:rsidR="00466E39">
        <w:rPr>
          <w:sz w:val="20"/>
          <w:szCs w:val="20"/>
        </w:rPr>
        <w:t>______</w:t>
      </w:r>
      <w:r w:rsidRPr="00466E39">
        <w:rPr>
          <w:sz w:val="20"/>
          <w:szCs w:val="20"/>
        </w:rPr>
        <w:t>_</w:t>
      </w:r>
    </w:p>
    <w:p w:rsidR="005C38E6" w:rsidRPr="00466E39" w:rsidRDefault="005C38E6">
      <w:pPr>
        <w:rPr>
          <w:sz w:val="18"/>
          <w:szCs w:val="18"/>
        </w:rPr>
      </w:pPr>
    </w:p>
    <w:sectPr w:rsidR="005C38E6" w:rsidRPr="00466E39" w:rsidSect="00466E39">
      <w:pgSz w:w="12240" w:h="15840"/>
      <w:pgMar w:top="357" w:right="1797" w:bottom="45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209790">
    <w:abstractNumId w:val="8"/>
  </w:num>
  <w:num w:numId="2" w16cid:durableId="1724133517">
    <w:abstractNumId w:val="6"/>
  </w:num>
  <w:num w:numId="3" w16cid:durableId="1658454643">
    <w:abstractNumId w:val="5"/>
  </w:num>
  <w:num w:numId="4" w16cid:durableId="464275689">
    <w:abstractNumId w:val="4"/>
  </w:num>
  <w:num w:numId="5" w16cid:durableId="1045715430">
    <w:abstractNumId w:val="7"/>
  </w:num>
  <w:num w:numId="6" w16cid:durableId="1839803201">
    <w:abstractNumId w:val="3"/>
  </w:num>
  <w:num w:numId="7" w16cid:durableId="1767384688">
    <w:abstractNumId w:val="2"/>
  </w:num>
  <w:num w:numId="8" w16cid:durableId="1513453750">
    <w:abstractNumId w:val="1"/>
  </w:num>
  <w:num w:numId="9" w16cid:durableId="19562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48F"/>
    <w:rsid w:val="0015074B"/>
    <w:rsid w:val="0029639D"/>
    <w:rsid w:val="00326F90"/>
    <w:rsid w:val="00376881"/>
    <w:rsid w:val="00466E39"/>
    <w:rsid w:val="005C38E6"/>
    <w:rsid w:val="009D53A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826D8"/>
  <w14:defaultImageDpi w14:val="300"/>
  <w15:docId w15:val="{FDF27646-C30D-EF40-9C57-A4975E0A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Finja Decker</cp:lastModifiedBy>
  <cp:revision>3</cp:revision>
  <dcterms:created xsi:type="dcterms:W3CDTF">2013-12-23T23:15:00Z</dcterms:created>
  <dcterms:modified xsi:type="dcterms:W3CDTF">2026-03-22T18:09:00Z</dcterms:modified>
  <cp:category/>
</cp:coreProperties>
</file>